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66C03" w14:textId="2B54F9A1" w:rsidR="00A357CE" w:rsidRPr="001F4DB1" w:rsidRDefault="00000000">
      <w:pPr>
        <w:pStyle w:val="Titolo1"/>
        <w:jc w:val="center"/>
        <w:rPr>
          <w:color w:val="auto"/>
          <w:lang w:val="it-IT"/>
        </w:rPr>
      </w:pPr>
      <w:r w:rsidRPr="001F4DB1">
        <w:rPr>
          <w:color w:val="auto"/>
          <w:lang w:val="it-IT"/>
        </w:rPr>
        <w:t>MODULO DI ACCETTAZIONE PER LA PARTECIPAZIONE ALLA TAX WEEK 202</w:t>
      </w:r>
      <w:r w:rsidR="00D55653">
        <w:rPr>
          <w:color w:val="auto"/>
          <w:lang w:val="it-IT"/>
        </w:rPr>
        <w:t>6</w:t>
      </w:r>
    </w:p>
    <w:p w14:paraId="290A72C0" w14:textId="17BF68F2" w:rsidR="00A357CE" w:rsidRPr="001F4DB1" w:rsidRDefault="00D55653">
      <w:pPr>
        <w:jc w:val="center"/>
        <w:rPr>
          <w:lang w:val="it-IT"/>
        </w:rPr>
      </w:pPr>
      <w:r>
        <w:rPr>
          <w:lang w:val="it-IT"/>
        </w:rPr>
        <w:t xml:space="preserve">Amsterdam </w:t>
      </w:r>
      <w:r w:rsidRPr="001F4DB1">
        <w:rPr>
          <w:lang w:val="it-IT"/>
        </w:rPr>
        <w:t>(</w:t>
      </w:r>
      <w:r>
        <w:rPr>
          <w:lang w:val="it-IT"/>
        </w:rPr>
        <w:t>Olanda</w:t>
      </w:r>
      <w:r w:rsidRPr="001F4DB1">
        <w:rPr>
          <w:lang w:val="it-IT"/>
        </w:rPr>
        <w:t xml:space="preserve">), </w:t>
      </w:r>
      <w:r>
        <w:rPr>
          <w:lang w:val="it-IT"/>
        </w:rPr>
        <w:t>23</w:t>
      </w:r>
      <w:r w:rsidRPr="001F4DB1">
        <w:rPr>
          <w:lang w:val="it-IT"/>
        </w:rPr>
        <w:t>–2</w:t>
      </w:r>
      <w:r>
        <w:rPr>
          <w:lang w:val="it-IT"/>
        </w:rPr>
        <w:t>7</w:t>
      </w:r>
      <w:r w:rsidRPr="001F4DB1">
        <w:rPr>
          <w:lang w:val="it-IT"/>
        </w:rPr>
        <w:t xml:space="preserve"> novembre 202</w:t>
      </w:r>
      <w:r>
        <w:rPr>
          <w:lang w:val="it-IT"/>
        </w:rPr>
        <w:t>6</w:t>
      </w:r>
    </w:p>
    <w:p w14:paraId="10E10A6B" w14:textId="223F7AA3" w:rsidR="00A357CE" w:rsidRPr="001F4DB1" w:rsidRDefault="00000000">
      <w:pPr>
        <w:rPr>
          <w:lang w:val="it-IT"/>
        </w:rPr>
      </w:pPr>
      <w:r w:rsidRPr="001F4DB1">
        <w:rPr>
          <w:lang w:val="it-IT"/>
        </w:rPr>
        <w:t>Io sottoscritto/a __________________________________________________________</w:t>
      </w:r>
    </w:p>
    <w:p w14:paraId="2459561B" w14:textId="40457F56" w:rsidR="00A357CE" w:rsidRDefault="00000000">
      <w:pPr>
        <w:rPr>
          <w:lang w:val="it-IT"/>
        </w:rPr>
      </w:pPr>
      <w:r w:rsidRPr="001F4DB1">
        <w:rPr>
          <w:lang w:val="it-IT"/>
        </w:rPr>
        <w:t>studente del corso di laurea_________________________________________________</w:t>
      </w:r>
    </w:p>
    <w:p w14:paraId="2C7FA439" w14:textId="6DD58A2C" w:rsidR="00D55653" w:rsidRDefault="00D55653">
      <w:pPr>
        <w:rPr>
          <w:lang w:val="it-IT"/>
        </w:rPr>
      </w:pPr>
      <w:r w:rsidRPr="00D55653">
        <w:rPr>
          <w:b/>
          <w:bCs/>
          <w:lang w:val="it-IT"/>
        </w:rPr>
        <w:t>numero di cellulare</w:t>
      </w:r>
      <w:r>
        <w:rPr>
          <w:lang w:val="it-IT"/>
        </w:rPr>
        <w:t>: _________________________________________</w:t>
      </w:r>
    </w:p>
    <w:p w14:paraId="32AC9C6D" w14:textId="56BBB36E" w:rsidR="00D55653" w:rsidRPr="001F4DB1" w:rsidRDefault="00D55653">
      <w:pPr>
        <w:rPr>
          <w:lang w:val="it-IT"/>
        </w:rPr>
      </w:pPr>
      <w:r w:rsidRPr="00D55653">
        <w:rPr>
          <w:b/>
          <w:bCs/>
          <w:lang w:val="it-IT"/>
        </w:rPr>
        <w:t>allergie/intolleranze alimentari</w:t>
      </w:r>
      <w:r>
        <w:rPr>
          <w:lang w:val="it-IT"/>
        </w:rPr>
        <w:t>: ___________________________________</w:t>
      </w:r>
    </w:p>
    <w:p w14:paraId="113B1870" w14:textId="77777777" w:rsidR="001F4DB1" w:rsidRDefault="001F4DB1">
      <w:pPr>
        <w:rPr>
          <w:lang w:val="it-IT"/>
        </w:rPr>
      </w:pPr>
    </w:p>
    <w:p w14:paraId="12491C3C" w14:textId="26A2AAF7" w:rsidR="00A357CE" w:rsidRPr="001F4DB1" w:rsidRDefault="00000000">
      <w:pPr>
        <w:rPr>
          <w:lang w:val="it-IT"/>
        </w:rPr>
      </w:pPr>
      <w:r w:rsidRPr="001F4DB1">
        <w:rPr>
          <w:lang w:val="it-IT"/>
        </w:rPr>
        <w:t>DICHIARO SOTTO LA MIA PERSONALE RESPONSABILITÀ</w:t>
      </w:r>
      <w:r w:rsidR="00D55653">
        <w:rPr>
          <w:lang w:val="it-IT"/>
        </w:rPr>
        <w:t xml:space="preserve"> </w:t>
      </w:r>
      <w:r w:rsidRPr="001F4DB1">
        <w:rPr>
          <w:lang w:val="it-IT"/>
        </w:rPr>
        <w:t>di accettare la partecipazione al viaggio-studio secondo le seguenti condizioni:</w:t>
      </w:r>
    </w:p>
    <w:p w14:paraId="19CCD5C8" w14:textId="0AAAA5DA" w:rsidR="00A357CE" w:rsidRPr="001F4DB1" w:rsidRDefault="00000000">
      <w:pPr>
        <w:rPr>
          <w:lang w:val="it-IT"/>
        </w:rPr>
      </w:pPr>
      <w:r w:rsidRPr="001F4DB1">
        <w:rPr>
          <w:b/>
          <w:lang w:val="it-IT"/>
        </w:rPr>
        <w:t xml:space="preserve">1. </w:t>
      </w:r>
      <w:r w:rsidRPr="001F4DB1">
        <w:rPr>
          <w:u w:val="single"/>
          <w:lang w:val="it-IT"/>
        </w:rPr>
        <w:t>Accettazione della partecipazione</w:t>
      </w:r>
      <w:r w:rsidRPr="001F4DB1">
        <w:rPr>
          <w:lang w:val="it-IT"/>
        </w:rPr>
        <w:t xml:space="preserve">: la presente accettazione deve essere trasmessa entro e non oltre le ore </w:t>
      </w:r>
      <w:r w:rsidR="00D55653">
        <w:rPr>
          <w:lang w:val="it-IT"/>
        </w:rPr>
        <w:t>12</w:t>
      </w:r>
      <w:r w:rsidRPr="001F4DB1">
        <w:rPr>
          <w:lang w:val="it-IT"/>
        </w:rPr>
        <w:t xml:space="preserve">:00 del </w:t>
      </w:r>
      <w:r w:rsidR="00D55653">
        <w:rPr>
          <w:lang w:val="it-IT"/>
        </w:rPr>
        <w:t>15</w:t>
      </w:r>
      <w:r w:rsidRPr="001F4DB1">
        <w:rPr>
          <w:lang w:val="it-IT"/>
        </w:rPr>
        <w:t xml:space="preserve"> ottobre 202</w:t>
      </w:r>
      <w:r w:rsidR="00D55653">
        <w:rPr>
          <w:lang w:val="it-IT"/>
        </w:rPr>
        <w:t>6</w:t>
      </w:r>
      <w:r w:rsidRPr="001F4DB1">
        <w:rPr>
          <w:lang w:val="it-IT"/>
        </w:rPr>
        <w:t>, mediante firma del presente modulo.</w:t>
      </w:r>
    </w:p>
    <w:p w14:paraId="2B4810B8" w14:textId="77777777" w:rsidR="00D55653" w:rsidRDefault="00000000">
      <w:pPr>
        <w:rPr>
          <w:lang w:val="it-IT"/>
        </w:rPr>
      </w:pPr>
      <w:r w:rsidRPr="001F4DB1">
        <w:rPr>
          <w:b/>
          <w:lang w:val="it-IT"/>
        </w:rPr>
        <w:t xml:space="preserve">2. </w:t>
      </w:r>
      <w:r w:rsidRPr="001F4DB1">
        <w:rPr>
          <w:u w:val="single"/>
          <w:lang w:val="it-IT"/>
        </w:rPr>
        <w:t>Comunicazioni organizzative</w:t>
      </w:r>
      <w:r w:rsidRPr="001F4DB1">
        <w:rPr>
          <w:lang w:val="it-IT"/>
        </w:rPr>
        <w:t xml:space="preserve">: </w:t>
      </w:r>
    </w:p>
    <w:p w14:paraId="62322508" w14:textId="1A41D87B" w:rsidR="00A357CE" w:rsidRDefault="00D55653" w:rsidP="00D55653">
      <w:pPr>
        <w:ind w:firstLine="720"/>
        <w:rPr>
          <w:lang w:val="it-IT"/>
        </w:rPr>
      </w:pPr>
      <w:r>
        <w:rPr>
          <w:lang w:val="it-IT"/>
        </w:rPr>
        <w:t xml:space="preserve">a. </w:t>
      </w:r>
      <w:r w:rsidRPr="001F4DB1">
        <w:rPr>
          <w:lang w:val="it-IT"/>
        </w:rPr>
        <w:t>lo studente autorizza il proprio inserimento in un gruppo WhatsApp dedicato, al fine di ricevere le informazioni preliminari e logistiche relative al viaggio.</w:t>
      </w:r>
      <w:r w:rsidRPr="00D55653">
        <w:rPr>
          <w:b/>
          <w:bCs/>
          <w:lang w:val="it-IT"/>
        </w:rPr>
        <w:t xml:space="preserve"> A tal fine si prega di comunicare il numero di telefono</w:t>
      </w:r>
      <w:r>
        <w:rPr>
          <w:lang w:val="it-IT"/>
        </w:rPr>
        <w:t xml:space="preserve"> </w:t>
      </w:r>
    </w:p>
    <w:p w14:paraId="79FD0182" w14:textId="1A4EF0D8" w:rsidR="00D55653" w:rsidRPr="001F4DB1" w:rsidRDefault="00D55653" w:rsidP="00D55653">
      <w:pPr>
        <w:ind w:firstLine="720"/>
        <w:rPr>
          <w:lang w:val="it-IT"/>
        </w:rPr>
      </w:pPr>
      <w:r>
        <w:rPr>
          <w:lang w:val="it-IT"/>
        </w:rPr>
        <w:t>b. comunicare eventuali intolleranze o allergie alimentari</w:t>
      </w:r>
    </w:p>
    <w:p w14:paraId="38C399C5" w14:textId="527E7D47" w:rsidR="00A357CE" w:rsidRPr="001F4DB1" w:rsidRDefault="00000000">
      <w:pPr>
        <w:rPr>
          <w:lang w:val="it-IT"/>
        </w:rPr>
      </w:pPr>
      <w:r w:rsidRPr="001F4DB1">
        <w:rPr>
          <w:b/>
          <w:lang w:val="it-IT"/>
        </w:rPr>
        <w:t xml:space="preserve">3. </w:t>
      </w:r>
      <w:r w:rsidRPr="001F4DB1">
        <w:rPr>
          <w:u w:val="single"/>
          <w:lang w:val="it-IT"/>
        </w:rPr>
        <w:t>Acquisto del biglietto aereo</w:t>
      </w:r>
      <w:r w:rsidR="00055DBC">
        <w:rPr>
          <w:u w:val="single"/>
          <w:lang w:val="it-IT"/>
        </w:rPr>
        <w:t>/treno</w:t>
      </w:r>
      <w:r w:rsidRPr="001F4DB1">
        <w:rPr>
          <w:lang w:val="it-IT"/>
        </w:rPr>
        <w:t xml:space="preserve">: </w:t>
      </w:r>
      <w:r w:rsidR="00D55653">
        <w:rPr>
          <w:lang w:val="it-IT"/>
        </w:rPr>
        <w:t xml:space="preserve">le modalità per </w:t>
      </w:r>
      <w:r w:rsidRPr="001F4DB1">
        <w:rPr>
          <w:lang w:val="it-IT"/>
        </w:rPr>
        <w:t>l’acquisto de</w:t>
      </w:r>
      <w:r w:rsidR="00055DBC">
        <w:rPr>
          <w:lang w:val="it-IT"/>
        </w:rPr>
        <w:t>i</w:t>
      </w:r>
      <w:r w:rsidRPr="001F4DB1">
        <w:rPr>
          <w:lang w:val="it-IT"/>
        </w:rPr>
        <w:t xml:space="preserve"> titol</w:t>
      </w:r>
      <w:r w:rsidR="00055DBC">
        <w:rPr>
          <w:lang w:val="it-IT"/>
        </w:rPr>
        <w:t>i</w:t>
      </w:r>
      <w:r w:rsidRPr="001F4DB1">
        <w:rPr>
          <w:lang w:val="it-IT"/>
        </w:rPr>
        <w:t xml:space="preserve"> di viaggio </w:t>
      </w:r>
      <w:r w:rsidR="00D55653">
        <w:rPr>
          <w:lang w:val="it-IT"/>
        </w:rPr>
        <w:t>verranno comunicate nei prossimi giorni</w:t>
      </w:r>
      <w:r w:rsidRPr="001F4DB1">
        <w:rPr>
          <w:lang w:val="it-IT"/>
        </w:rPr>
        <w:t>.</w:t>
      </w:r>
    </w:p>
    <w:p w14:paraId="42EEE9B1" w14:textId="560958F6" w:rsidR="00A357CE" w:rsidRPr="001F4DB1" w:rsidRDefault="00000000">
      <w:pPr>
        <w:rPr>
          <w:lang w:val="it-IT"/>
        </w:rPr>
      </w:pPr>
      <w:r w:rsidRPr="001F4DB1">
        <w:rPr>
          <w:b/>
          <w:lang w:val="it-IT"/>
        </w:rPr>
        <w:t xml:space="preserve">4. </w:t>
      </w:r>
      <w:r w:rsidRPr="001F4DB1">
        <w:rPr>
          <w:u w:val="single"/>
          <w:lang w:val="it-IT"/>
        </w:rPr>
        <w:t>Preparazione</w:t>
      </w:r>
      <w:r w:rsidRPr="001F4DB1">
        <w:rPr>
          <w:lang w:val="it-IT"/>
        </w:rPr>
        <w:t>: lo studente si impegna a partecipare a</w:t>
      </w:r>
      <w:r w:rsidR="00D55653">
        <w:rPr>
          <w:lang w:val="it-IT"/>
        </w:rPr>
        <w:t>i due incontri</w:t>
      </w:r>
      <w:r w:rsidRPr="001F4DB1">
        <w:rPr>
          <w:lang w:val="it-IT"/>
        </w:rPr>
        <w:t xml:space="preserve"> di preparazione (il primo in modalità asincrona, il secondo in presenza) dedicati al tema oggetto della International Tax Week.</w:t>
      </w:r>
    </w:p>
    <w:p w14:paraId="6287FDF2" w14:textId="4C15F47D" w:rsidR="00A357CE" w:rsidRPr="001F4DB1" w:rsidRDefault="00000000">
      <w:pPr>
        <w:rPr>
          <w:lang w:val="it-IT"/>
        </w:rPr>
      </w:pPr>
      <w:r w:rsidRPr="001F4DB1">
        <w:rPr>
          <w:b/>
          <w:lang w:val="it-IT"/>
        </w:rPr>
        <w:t xml:space="preserve">5. </w:t>
      </w:r>
      <w:r w:rsidRPr="001F4DB1">
        <w:rPr>
          <w:u w:val="single"/>
          <w:lang w:val="it-IT"/>
        </w:rPr>
        <w:t>Rinuncia alla partecipazione</w:t>
      </w:r>
      <w:r w:rsidRPr="001F4DB1">
        <w:rPr>
          <w:lang w:val="it-IT"/>
        </w:rPr>
        <w:t xml:space="preserve">: in caso di rinuncia, non è previsto alcun rimborso delle spese </w:t>
      </w:r>
      <w:r w:rsidR="00D55653">
        <w:rPr>
          <w:lang w:val="it-IT"/>
        </w:rPr>
        <w:t xml:space="preserve">eventualmente </w:t>
      </w:r>
      <w:r w:rsidRPr="001F4DB1">
        <w:rPr>
          <w:lang w:val="it-IT"/>
        </w:rPr>
        <w:t>sostenute (inclusi biglietti, prenotazioni e altre spese collegate).</w:t>
      </w:r>
    </w:p>
    <w:p w14:paraId="1626142B" w14:textId="77777777" w:rsidR="00A357CE" w:rsidRPr="001F4DB1" w:rsidRDefault="00000000">
      <w:pPr>
        <w:rPr>
          <w:lang w:val="it-IT"/>
        </w:rPr>
      </w:pPr>
      <w:r w:rsidRPr="001F4DB1">
        <w:rPr>
          <w:lang w:val="it-IT"/>
        </w:rPr>
        <w:br/>
        <w:t>Data: ___________________________</w:t>
      </w:r>
    </w:p>
    <w:p w14:paraId="50F1C389" w14:textId="77777777" w:rsidR="001F4DB1" w:rsidRDefault="001F4DB1">
      <w:pPr>
        <w:rPr>
          <w:lang w:val="it-IT"/>
        </w:rPr>
      </w:pPr>
    </w:p>
    <w:p w14:paraId="6906761F" w14:textId="5F2CBAED" w:rsidR="001F4DB1" w:rsidRDefault="00000000">
      <w:pPr>
        <w:rPr>
          <w:lang w:val="it-IT"/>
        </w:rPr>
      </w:pPr>
      <w:r w:rsidRPr="001F4DB1">
        <w:rPr>
          <w:lang w:val="it-IT"/>
        </w:rPr>
        <w:t>Firma dello studente: _______________________________</w:t>
      </w:r>
    </w:p>
    <w:sectPr w:rsidR="001F4D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1416990">
    <w:abstractNumId w:val="8"/>
  </w:num>
  <w:num w:numId="2" w16cid:durableId="8609560">
    <w:abstractNumId w:val="6"/>
  </w:num>
  <w:num w:numId="3" w16cid:durableId="536313124">
    <w:abstractNumId w:val="5"/>
  </w:num>
  <w:num w:numId="4" w16cid:durableId="1272208116">
    <w:abstractNumId w:val="4"/>
  </w:num>
  <w:num w:numId="5" w16cid:durableId="526791530">
    <w:abstractNumId w:val="7"/>
  </w:num>
  <w:num w:numId="6" w16cid:durableId="1254170286">
    <w:abstractNumId w:val="3"/>
  </w:num>
  <w:num w:numId="7" w16cid:durableId="369187658">
    <w:abstractNumId w:val="2"/>
  </w:num>
  <w:num w:numId="8" w16cid:durableId="370494008">
    <w:abstractNumId w:val="1"/>
  </w:num>
  <w:num w:numId="9" w16cid:durableId="45340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DBC"/>
    <w:rsid w:val="0006063C"/>
    <w:rsid w:val="0015074B"/>
    <w:rsid w:val="001F4DB1"/>
    <w:rsid w:val="00206ABC"/>
    <w:rsid w:val="0029639D"/>
    <w:rsid w:val="00326F90"/>
    <w:rsid w:val="003708D7"/>
    <w:rsid w:val="00571DFC"/>
    <w:rsid w:val="00A00096"/>
    <w:rsid w:val="00A357CE"/>
    <w:rsid w:val="00AA1D8D"/>
    <w:rsid w:val="00B47730"/>
    <w:rsid w:val="00CB0664"/>
    <w:rsid w:val="00D556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DDCD2"/>
  <w14:defaultImageDpi w14:val="300"/>
  <w15:docId w15:val="{677753B2-5B34-45DD-BB7B-A6E71021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MONICA DE ANGELIS</cp:lastModifiedBy>
  <cp:revision>4</cp:revision>
  <dcterms:created xsi:type="dcterms:W3CDTF">2026-10-12T12:09:00Z</dcterms:created>
  <dcterms:modified xsi:type="dcterms:W3CDTF">2026-10-14T06:35:00Z</dcterms:modified>
  <cp:category/>
</cp:coreProperties>
</file>